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0B5C6" w14:textId="21B83676" w:rsidR="65B200CC" w:rsidRDefault="65B200CC" w:rsidP="00485B9F">
      <w:pPr>
        <w:spacing w:after="0" w:line="240" w:lineRule="auto"/>
      </w:pPr>
      <w:r w:rsidRPr="61256A79">
        <w:rPr>
          <w:rFonts w:ascii="Arial Nova" w:eastAsia="Arial Nova" w:hAnsi="Arial Nova" w:cs="Arial Nova"/>
          <w:b/>
          <w:bCs/>
          <w:sz w:val="36"/>
          <w:szCs w:val="36"/>
        </w:rPr>
        <w:t xml:space="preserve">PollinateTO Grants </w:t>
      </w:r>
    </w:p>
    <w:p w14:paraId="0F5D78A5" w14:textId="0F5146B3" w:rsidR="65B200CC" w:rsidRDefault="65B200CC" w:rsidP="00485B9F">
      <w:pPr>
        <w:spacing w:after="0" w:line="240" w:lineRule="auto"/>
        <w:rPr>
          <w:rFonts w:ascii="Arial Nova" w:eastAsia="Arial Nova" w:hAnsi="Arial Nova" w:cs="Arial Nova"/>
          <w:b/>
          <w:bCs/>
          <w:sz w:val="36"/>
          <w:szCs w:val="36"/>
        </w:rPr>
      </w:pPr>
      <w:r w:rsidRPr="61256A79">
        <w:rPr>
          <w:rFonts w:ascii="Arial Nova" w:eastAsia="Arial Nova" w:hAnsi="Arial Nova" w:cs="Arial Nova"/>
          <w:b/>
          <w:bCs/>
          <w:sz w:val="36"/>
          <w:szCs w:val="36"/>
        </w:rPr>
        <w:t>Application Questions Summary</w:t>
      </w:r>
    </w:p>
    <w:p w14:paraId="3AD88D3D" w14:textId="77777777" w:rsidR="00485B9F" w:rsidRDefault="00485B9F" w:rsidP="00485B9F">
      <w:pPr>
        <w:spacing w:after="0" w:line="240" w:lineRule="auto"/>
        <w:rPr>
          <w:rFonts w:ascii="Arial Nova" w:eastAsia="Arial Nova" w:hAnsi="Arial Nova" w:cs="Arial Nova"/>
          <w:i/>
          <w:iCs/>
          <w:sz w:val="20"/>
          <w:szCs w:val="20"/>
        </w:rPr>
      </w:pPr>
    </w:p>
    <w:p w14:paraId="69F5E31E" w14:textId="49BF85C5" w:rsidR="008A250A" w:rsidRDefault="61256A79" w:rsidP="61256A79">
      <w:pPr>
        <w:rPr>
          <w:rFonts w:ascii="Arial" w:eastAsia="Arial" w:hAnsi="Arial" w:cs="Arial"/>
        </w:rPr>
      </w:pPr>
      <w:r w:rsidRPr="61256A79">
        <w:rPr>
          <w:rFonts w:ascii="Arial" w:eastAsia="Arial" w:hAnsi="Arial" w:cs="Arial"/>
        </w:rPr>
        <w:t>This document contains all questions that may appear in the PollinateTO application form. Depending on your group type, you may not see every question in the online application. Use this guide to prepare draft responses in advance.</w:t>
      </w:r>
      <w:r w:rsidR="004031EA">
        <w:rPr>
          <w:rFonts w:ascii="Arial" w:eastAsia="Arial" w:hAnsi="Arial" w:cs="Arial"/>
        </w:rPr>
        <w:t xml:space="preserve"> When you are ready, </w:t>
      </w:r>
      <w:hyperlink r:id="rId8" w:history="1">
        <w:r w:rsidR="004031EA" w:rsidRPr="000A1398">
          <w:rPr>
            <w:rStyle w:val="Hyperlink"/>
            <w:rFonts w:ascii="Arial" w:eastAsia="Arial" w:hAnsi="Arial" w:cs="Arial"/>
          </w:rPr>
          <w:t>submit your application online</w:t>
        </w:r>
      </w:hyperlink>
      <w:r w:rsidR="000A1398">
        <w:rPr>
          <w:rFonts w:ascii="Arial" w:eastAsia="Arial" w:hAnsi="Arial" w:cs="Arial"/>
        </w:rPr>
        <w:t>.</w:t>
      </w:r>
    </w:p>
    <w:p w14:paraId="582A32DD" w14:textId="77777777" w:rsidR="008A250A" w:rsidRDefault="61256A79" w:rsidP="61256A79">
      <w:pPr>
        <w:pStyle w:val="Heading1"/>
        <w:rPr>
          <w:rFonts w:ascii="Arial" w:eastAsia="Arial" w:hAnsi="Arial" w:cs="Arial"/>
          <w:sz w:val="22"/>
          <w:szCs w:val="22"/>
        </w:rPr>
      </w:pPr>
      <w:r w:rsidRPr="61256A79">
        <w:rPr>
          <w:rFonts w:ascii="Arial" w:eastAsia="Arial" w:hAnsi="Arial" w:cs="Arial"/>
          <w:sz w:val="22"/>
          <w:szCs w:val="22"/>
        </w:rPr>
        <w:t>Applicant Type &amp; Eligibility</w:t>
      </w:r>
    </w:p>
    <w:p w14:paraId="3BF2902B" w14:textId="62018825" w:rsidR="008A250A" w:rsidRDefault="61256A79" w:rsidP="61256A79">
      <w:pPr>
        <w:pStyle w:val="ListBullet"/>
        <w:rPr>
          <w:rFonts w:ascii="Arial" w:eastAsia="Arial" w:hAnsi="Arial" w:cs="Arial"/>
        </w:rPr>
      </w:pPr>
      <w:r w:rsidRPr="61256A79">
        <w:rPr>
          <w:rFonts w:ascii="Arial" w:eastAsia="Arial" w:hAnsi="Arial" w:cs="Arial"/>
        </w:rPr>
        <w:t>How would you describe your group? (Select one: A group of 3+ individuals; A registered charity or non-profit organization; A school group)</w:t>
      </w:r>
    </w:p>
    <w:p w14:paraId="1AA806C5" w14:textId="60E5ACDF" w:rsidR="008A250A" w:rsidRDefault="61256A79" w:rsidP="61256A79">
      <w:pPr>
        <w:pStyle w:val="ListBullet"/>
        <w:rPr>
          <w:rFonts w:ascii="Arial" w:eastAsia="Arial" w:hAnsi="Arial" w:cs="Arial"/>
        </w:rPr>
      </w:pPr>
      <w:r w:rsidRPr="61256A79">
        <w:rPr>
          <w:rFonts w:ascii="Arial" w:eastAsia="Arial" w:hAnsi="Arial" w:cs="Arial"/>
        </w:rPr>
        <w:t>Is your group a past PollinateTO applicant or recipient? (Past applicant; Past recipient including year; Other, please describe)</w:t>
      </w:r>
    </w:p>
    <w:p w14:paraId="7D305424" w14:textId="77777777" w:rsidR="008A250A" w:rsidRDefault="61256A79" w:rsidP="61256A79">
      <w:pPr>
        <w:pStyle w:val="Heading1"/>
        <w:rPr>
          <w:rFonts w:ascii="Arial" w:eastAsia="Arial" w:hAnsi="Arial" w:cs="Arial"/>
          <w:sz w:val="22"/>
          <w:szCs w:val="22"/>
        </w:rPr>
      </w:pPr>
      <w:r w:rsidRPr="61256A79">
        <w:rPr>
          <w:rFonts w:ascii="Arial" w:eastAsia="Arial" w:hAnsi="Arial" w:cs="Arial"/>
          <w:sz w:val="22"/>
          <w:szCs w:val="22"/>
        </w:rPr>
        <w:t>A. Group Information</w:t>
      </w:r>
    </w:p>
    <w:p w14:paraId="45D25346" w14:textId="77777777" w:rsidR="008A250A" w:rsidRDefault="61256A79" w:rsidP="61256A79">
      <w:pPr>
        <w:pStyle w:val="ListBullet"/>
        <w:rPr>
          <w:rFonts w:ascii="Arial" w:eastAsia="Arial" w:hAnsi="Arial" w:cs="Arial"/>
        </w:rPr>
      </w:pPr>
      <w:r w:rsidRPr="61256A79">
        <w:rPr>
          <w:rFonts w:ascii="Arial" w:eastAsia="Arial" w:hAnsi="Arial" w:cs="Arial"/>
        </w:rPr>
        <w:t>For Groups of 3+ Individuals: certify consent and provide group member information (Group Lead, Secondary Contact, Tertiary Contact): Name, Email, Address, Telephone Number.</w:t>
      </w:r>
    </w:p>
    <w:p w14:paraId="2ECFE1B6" w14:textId="77777777" w:rsidR="008A250A" w:rsidRDefault="61256A79" w:rsidP="61256A79">
      <w:pPr>
        <w:pStyle w:val="ListBullet"/>
        <w:rPr>
          <w:rFonts w:ascii="Arial" w:eastAsia="Arial" w:hAnsi="Arial" w:cs="Arial"/>
        </w:rPr>
      </w:pPr>
      <w:r w:rsidRPr="61256A79">
        <w:rPr>
          <w:rFonts w:ascii="Arial" w:eastAsia="Arial" w:hAnsi="Arial" w:cs="Arial"/>
        </w:rPr>
        <w:t>Group Name</w:t>
      </w:r>
    </w:p>
    <w:p w14:paraId="6253663D" w14:textId="77777777" w:rsidR="008A250A" w:rsidRDefault="61256A79" w:rsidP="61256A79">
      <w:pPr>
        <w:pStyle w:val="ListBullet"/>
        <w:rPr>
          <w:rFonts w:ascii="Arial" w:eastAsia="Arial" w:hAnsi="Arial" w:cs="Arial"/>
        </w:rPr>
      </w:pPr>
      <w:r w:rsidRPr="61256A79">
        <w:rPr>
          <w:rFonts w:ascii="Arial" w:eastAsia="Arial" w:hAnsi="Arial" w:cs="Arial"/>
        </w:rPr>
        <w:t>Project Name</w:t>
      </w:r>
    </w:p>
    <w:p w14:paraId="24BFB569" w14:textId="77777777" w:rsidR="008A250A" w:rsidRDefault="61256A79" w:rsidP="61256A79">
      <w:pPr>
        <w:pStyle w:val="ListBullet"/>
        <w:rPr>
          <w:rFonts w:ascii="Arial" w:eastAsia="Arial" w:hAnsi="Arial" w:cs="Arial"/>
        </w:rPr>
      </w:pPr>
      <w:r w:rsidRPr="61256A79">
        <w:rPr>
          <w:rFonts w:ascii="Arial" w:eastAsia="Arial" w:hAnsi="Arial" w:cs="Arial"/>
        </w:rPr>
        <w:t>What is the total number of people in your group, including you?</w:t>
      </w:r>
    </w:p>
    <w:p w14:paraId="7B48543B" w14:textId="77777777" w:rsidR="008A250A" w:rsidRDefault="61256A79" w:rsidP="61256A79">
      <w:pPr>
        <w:pStyle w:val="Heading1"/>
        <w:rPr>
          <w:rFonts w:ascii="Arial" w:eastAsia="Arial" w:hAnsi="Arial" w:cs="Arial"/>
          <w:sz w:val="22"/>
          <w:szCs w:val="22"/>
        </w:rPr>
      </w:pPr>
      <w:r w:rsidRPr="61256A79">
        <w:rPr>
          <w:rFonts w:ascii="Arial" w:eastAsia="Arial" w:hAnsi="Arial" w:cs="Arial"/>
          <w:sz w:val="22"/>
          <w:szCs w:val="22"/>
        </w:rPr>
        <w:t>B. Project Information</w:t>
      </w:r>
    </w:p>
    <w:p w14:paraId="7664F901" w14:textId="77777777" w:rsidR="008A250A" w:rsidRDefault="61256A79" w:rsidP="61256A79">
      <w:pPr>
        <w:pStyle w:val="ListBullet"/>
        <w:rPr>
          <w:rFonts w:ascii="Arial" w:eastAsia="Arial" w:hAnsi="Arial" w:cs="Arial"/>
        </w:rPr>
      </w:pPr>
      <w:r w:rsidRPr="61256A79">
        <w:rPr>
          <w:rFonts w:ascii="Arial" w:eastAsia="Arial" w:hAnsi="Arial" w:cs="Arial"/>
        </w:rPr>
        <w:t xml:space="preserve">Project Description (max. 300 words). Include: What need or opportunity is your project responding to? What does your project </w:t>
      </w:r>
      <w:proofErr w:type="gramStart"/>
      <w:r w:rsidRPr="61256A79">
        <w:rPr>
          <w:rFonts w:ascii="Arial" w:eastAsia="Arial" w:hAnsi="Arial" w:cs="Arial"/>
        </w:rPr>
        <w:t>intend</w:t>
      </w:r>
      <w:proofErr w:type="gramEnd"/>
      <w:r w:rsidRPr="61256A79">
        <w:rPr>
          <w:rFonts w:ascii="Arial" w:eastAsia="Arial" w:hAnsi="Arial" w:cs="Arial"/>
        </w:rPr>
        <w:t xml:space="preserve"> to accomplish? Where will it be undertaken? Will you be planting directly in the ground or in open bottom raised beds/stock tanks?</w:t>
      </w:r>
    </w:p>
    <w:p w14:paraId="541A1DFC" w14:textId="4A77F452" w:rsidR="008A250A" w:rsidRDefault="61256A79" w:rsidP="61256A79">
      <w:pPr>
        <w:pStyle w:val="ListBullet"/>
        <w:rPr>
          <w:rFonts w:ascii="Arial" w:eastAsia="Arial" w:hAnsi="Arial" w:cs="Arial"/>
        </w:rPr>
      </w:pPr>
      <w:r w:rsidRPr="61256A79">
        <w:rPr>
          <w:rFonts w:ascii="Arial" w:eastAsia="Arial" w:hAnsi="Arial" w:cs="Arial"/>
        </w:rPr>
        <w:t>Project Summary. Provide a condensed version of your project description (max</w:t>
      </w:r>
      <w:r w:rsidR="00242C2C">
        <w:rPr>
          <w:rFonts w:ascii="Arial" w:eastAsia="Arial" w:hAnsi="Arial" w:cs="Arial"/>
        </w:rPr>
        <w:t>.</w:t>
      </w:r>
      <w:r w:rsidRPr="61256A79">
        <w:rPr>
          <w:rFonts w:ascii="Arial" w:eastAsia="Arial" w:hAnsi="Arial" w:cs="Arial"/>
        </w:rPr>
        <w:t xml:space="preserve"> </w:t>
      </w:r>
      <w:r w:rsidR="00242C2C">
        <w:rPr>
          <w:rFonts w:ascii="Arial" w:eastAsia="Arial" w:hAnsi="Arial" w:cs="Arial"/>
        </w:rPr>
        <w:t>50 words</w:t>
      </w:r>
      <w:r w:rsidRPr="61256A79">
        <w:rPr>
          <w:rFonts w:ascii="Arial" w:eastAsia="Arial" w:hAnsi="Arial" w:cs="Arial"/>
        </w:rPr>
        <w:t>).</w:t>
      </w:r>
    </w:p>
    <w:p w14:paraId="733C80CA" w14:textId="77777777" w:rsidR="008A250A" w:rsidRDefault="61256A79" w:rsidP="61256A79">
      <w:pPr>
        <w:pStyle w:val="ListBullet"/>
        <w:rPr>
          <w:rFonts w:ascii="Arial" w:eastAsia="Arial" w:hAnsi="Arial" w:cs="Arial"/>
        </w:rPr>
      </w:pPr>
      <w:r w:rsidRPr="61256A79">
        <w:rPr>
          <w:rFonts w:ascii="Arial" w:eastAsia="Arial" w:hAnsi="Arial" w:cs="Arial"/>
        </w:rPr>
        <w:t>Results. Describe how you will know your project is successful and what you will look for to know you achieved your desired outcomes (max. 100 words).</w:t>
      </w:r>
    </w:p>
    <w:p w14:paraId="5486B05C" w14:textId="77777777" w:rsidR="008A250A" w:rsidRDefault="61256A79" w:rsidP="61256A79">
      <w:pPr>
        <w:pStyle w:val="ListBullet"/>
        <w:rPr>
          <w:rFonts w:ascii="Arial" w:eastAsia="Arial" w:hAnsi="Arial" w:cs="Arial"/>
        </w:rPr>
      </w:pPr>
      <w:r w:rsidRPr="61256A79">
        <w:rPr>
          <w:rFonts w:ascii="Arial" w:eastAsia="Arial" w:hAnsi="Arial" w:cs="Arial"/>
        </w:rPr>
        <w:t>Community Partners. List any community partners and briefly describe how they will be involved.</w:t>
      </w:r>
    </w:p>
    <w:p w14:paraId="46DFAED2" w14:textId="77777777" w:rsidR="008A250A" w:rsidRDefault="61256A79" w:rsidP="61256A79">
      <w:pPr>
        <w:pStyle w:val="ListBullet"/>
        <w:rPr>
          <w:rFonts w:ascii="Arial" w:eastAsia="Arial" w:hAnsi="Arial" w:cs="Arial"/>
        </w:rPr>
      </w:pPr>
      <w:r w:rsidRPr="61256A79">
        <w:rPr>
          <w:rFonts w:ascii="Arial" w:eastAsia="Arial" w:hAnsi="Arial" w:cs="Arial"/>
        </w:rPr>
        <w:t>Will your project intentionally engage individuals or communities from the listed equity-deserving groups? Check all that apply.</w:t>
      </w:r>
    </w:p>
    <w:p w14:paraId="3E75A60B" w14:textId="77777777" w:rsidR="008A250A" w:rsidRDefault="61256A79" w:rsidP="61256A79">
      <w:pPr>
        <w:pStyle w:val="ListBullet"/>
        <w:rPr>
          <w:rFonts w:ascii="Arial" w:eastAsia="Arial" w:hAnsi="Arial" w:cs="Arial"/>
        </w:rPr>
      </w:pPr>
      <w:r w:rsidRPr="61256A79">
        <w:rPr>
          <w:rFonts w:ascii="Arial" w:eastAsia="Arial" w:hAnsi="Arial" w:cs="Arial"/>
        </w:rPr>
        <w:t>Explain how your project will meaningfully involve the selected identities/groups through its design, activities, and engagement approaches (max. 100 words).</w:t>
      </w:r>
    </w:p>
    <w:p w14:paraId="62DC6993" w14:textId="77777777" w:rsidR="008A250A" w:rsidRDefault="61256A79" w:rsidP="61256A79">
      <w:pPr>
        <w:pStyle w:val="ListBullet"/>
        <w:rPr>
          <w:rFonts w:ascii="Arial" w:eastAsia="Arial" w:hAnsi="Arial" w:cs="Arial"/>
        </w:rPr>
      </w:pPr>
      <w:r w:rsidRPr="61256A79">
        <w:rPr>
          <w:rFonts w:ascii="Arial" w:eastAsia="Arial" w:hAnsi="Arial" w:cs="Arial"/>
        </w:rPr>
        <w:t xml:space="preserve">Community Engagement &amp; Education. Describe the activities you will </w:t>
      </w:r>
      <w:proofErr w:type="gramStart"/>
      <w:r w:rsidRPr="61256A79">
        <w:rPr>
          <w:rFonts w:ascii="Arial" w:eastAsia="Arial" w:hAnsi="Arial" w:cs="Arial"/>
        </w:rPr>
        <w:t>use</w:t>
      </w:r>
      <w:proofErr w:type="gramEnd"/>
      <w:r w:rsidRPr="61256A79">
        <w:rPr>
          <w:rFonts w:ascii="Arial" w:eastAsia="Arial" w:hAnsi="Arial" w:cs="Arial"/>
        </w:rPr>
        <w:t xml:space="preserve"> and how you will reach and involve your intended audience (max. 200 words).</w:t>
      </w:r>
    </w:p>
    <w:p w14:paraId="3C3A7D3A" w14:textId="77777777" w:rsidR="008A250A" w:rsidRDefault="61256A79" w:rsidP="61256A79">
      <w:pPr>
        <w:pStyle w:val="Heading1"/>
        <w:rPr>
          <w:rFonts w:ascii="Arial" w:eastAsia="Arial" w:hAnsi="Arial" w:cs="Arial"/>
          <w:sz w:val="22"/>
          <w:szCs w:val="22"/>
        </w:rPr>
      </w:pPr>
      <w:r w:rsidRPr="61256A79">
        <w:rPr>
          <w:rFonts w:ascii="Arial" w:eastAsia="Arial" w:hAnsi="Arial" w:cs="Arial"/>
          <w:sz w:val="22"/>
          <w:szCs w:val="22"/>
        </w:rPr>
        <w:lastRenderedPageBreak/>
        <w:t>C. Proposed Project Location(s)</w:t>
      </w:r>
    </w:p>
    <w:p w14:paraId="677C61CF" w14:textId="77777777" w:rsidR="008A250A" w:rsidRDefault="61256A79" w:rsidP="61256A79">
      <w:pPr>
        <w:pStyle w:val="ListBullet"/>
        <w:rPr>
          <w:rFonts w:ascii="Arial" w:eastAsia="Arial" w:hAnsi="Arial" w:cs="Arial"/>
        </w:rPr>
      </w:pPr>
      <w:r w:rsidRPr="61256A79">
        <w:rPr>
          <w:rFonts w:ascii="Arial" w:eastAsia="Arial" w:hAnsi="Arial" w:cs="Arial"/>
        </w:rPr>
        <w:t>Ward: What City Ward is your project site located in?</w:t>
      </w:r>
    </w:p>
    <w:p w14:paraId="28A7CDF7" w14:textId="77777777" w:rsidR="008A250A" w:rsidRDefault="61256A79" w:rsidP="61256A79">
      <w:pPr>
        <w:pStyle w:val="ListBullet"/>
        <w:rPr>
          <w:rFonts w:ascii="Arial" w:eastAsia="Arial" w:hAnsi="Arial" w:cs="Arial"/>
        </w:rPr>
      </w:pPr>
      <w:r w:rsidRPr="61256A79">
        <w:rPr>
          <w:rFonts w:ascii="Arial" w:eastAsia="Arial" w:hAnsi="Arial" w:cs="Arial"/>
        </w:rPr>
        <w:t>Neighbourhood: Identify the neighbourhood of the primary site.</w:t>
      </w:r>
    </w:p>
    <w:p w14:paraId="08037D7D" w14:textId="77777777" w:rsidR="008A250A" w:rsidRDefault="61256A79" w:rsidP="61256A79">
      <w:pPr>
        <w:pStyle w:val="ListBullet"/>
        <w:rPr>
          <w:rFonts w:ascii="Arial" w:eastAsia="Arial" w:hAnsi="Arial" w:cs="Arial"/>
        </w:rPr>
      </w:pPr>
      <w:r w:rsidRPr="61256A79">
        <w:rPr>
          <w:rFonts w:ascii="Arial" w:eastAsia="Arial" w:hAnsi="Arial" w:cs="Arial"/>
        </w:rPr>
        <w:t xml:space="preserve">Which category best describes your primary site? School Learning Garden, Boulevard, Spiritual Centre Garden, City Park, Community Garden, Multiple Front Yard Gardens, Multi-Residential Garden, Multiple Property Garden, Cemetery Garden, </w:t>
      </w:r>
      <w:proofErr w:type="gramStart"/>
      <w:r w:rsidRPr="61256A79">
        <w:rPr>
          <w:rFonts w:ascii="Arial" w:eastAsia="Arial" w:hAnsi="Arial" w:cs="Arial"/>
        </w:rPr>
        <w:t>or</w:t>
      </w:r>
      <w:proofErr w:type="gramEnd"/>
      <w:r w:rsidRPr="61256A79">
        <w:rPr>
          <w:rFonts w:ascii="Arial" w:eastAsia="Arial" w:hAnsi="Arial" w:cs="Arial"/>
        </w:rPr>
        <w:t xml:space="preserve"> Other.</w:t>
      </w:r>
    </w:p>
    <w:p w14:paraId="3AAC23F0" w14:textId="77777777" w:rsidR="008A250A" w:rsidRDefault="61256A79" w:rsidP="61256A79">
      <w:pPr>
        <w:pStyle w:val="ListBullet"/>
        <w:rPr>
          <w:rFonts w:ascii="Arial" w:eastAsia="Arial" w:hAnsi="Arial" w:cs="Arial"/>
        </w:rPr>
      </w:pPr>
      <w:r w:rsidRPr="61256A79">
        <w:rPr>
          <w:rFonts w:ascii="Arial" w:eastAsia="Arial" w:hAnsi="Arial" w:cs="Arial"/>
        </w:rPr>
        <w:t xml:space="preserve">What is your relationship </w:t>
      </w:r>
      <w:proofErr w:type="gramStart"/>
      <w:r w:rsidRPr="61256A79">
        <w:rPr>
          <w:rFonts w:ascii="Arial" w:eastAsia="Arial" w:hAnsi="Arial" w:cs="Arial"/>
        </w:rPr>
        <w:t>to</w:t>
      </w:r>
      <w:proofErr w:type="gramEnd"/>
      <w:r w:rsidRPr="61256A79">
        <w:rPr>
          <w:rFonts w:ascii="Arial" w:eastAsia="Arial" w:hAnsi="Arial" w:cs="Arial"/>
        </w:rPr>
        <w:t xml:space="preserve"> the proposed project location(s)? (max. 20 words)</w:t>
      </w:r>
    </w:p>
    <w:p w14:paraId="47E47E0D" w14:textId="77777777" w:rsidR="008A250A" w:rsidRDefault="61256A79" w:rsidP="61256A79">
      <w:pPr>
        <w:pStyle w:val="ListBullet"/>
        <w:rPr>
          <w:rFonts w:ascii="Arial" w:eastAsia="Arial" w:hAnsi="Arial" w:cs="Arial"/>
        </w:rPr>
      </w:pPr>
      <w:r w:rsidRPr="61256A79">
        <w:rPr>
          <w:rFonts w:ascii="Arial" w:eastAsia="Arial" w:hAnsi="Arial" w:cs="Arial"/>
        </w:rPr>
        <w:t>Why did you choose the proposed project location(s)? (max. 20 words)</w:t>
      </w:r>
    </w:p>
    <w:p w14:paraId="4C0907B1" w14:textId="77777777" w:rsidR="008A250A" w:rsidRDefault="61256A79" w:rsidP="61256A79">
      <w:pPr>
        <w:pStyle w:val="ListBullet"/>
        <w:rPr>
          <w:rFonts w:ascii="Arial" w:eastAsia="Arial" w:hAnsi="Arial" w:cs="Arial"/>
        </w:rPr>
      </w:pPr>
      <w:r w:rsidRPr="61256A79">
        <w:rPr>
          <w:rFonts w:ascii="Arial" w:eastAsia="Arial" w:hAnsi="Arial" w:cs="Arial"/>
        </w:rPr>
        <w:t>How many gardens are you proposing as part of this project?</w:t>
      </w:r>
    </w:p>
    <w:p w14:paraId="5ADD292C" w14:textId="77777777" w:rsidR="008A250A" w:rsidRDefault="61256A79" w:rsidP="61256A79">
      <w:pPr>
        <w:pStyle w:val="ListBullet"/>
        <w:rPr>
          <w:rFonts w:ascii="Arial" w:eastAsia="Arial" w:hAnsi="Arial" w:cs="Arial"/>
        </w:rPr>
      </w:pPr>
      <w:r w:rsidRPr="61256A79">
        <w:rPr>
          <w:rFonts w:ascii="Arial" w:eastAsia="Arial" w:hAnsi="Arial" w:cs="Arial"/>
        </w:rPr>
        <w:t>Garden Location Summary for each proposed garden: Site Address/Name, Estimated Garden Size (square metres), Water Access (source and distance), and whether it is a new or existing garden bed.</w:t>
      </w:r>
    </w:p>
    <w:p w14:paraId="091122AC" w14:textId="77777777" w:rsidR="008A250A" w:rsidRDefault="61256A79" w:rsidP="61256A79">
      <w:pPr>
        <w:pStyle w:val="ListBullet"/>
        <w:rPr>
          <w:rFonts w:ascii="Arial" w:eastAsia="Arial" w:hAnsi="Arial" w:cs="Arial"/>
        </w:rPr>
      </w:pPr>
      <w:r w:rsidRPr="61256A79">
        <w:rPr>
          <w:rFonts w:ascii="Arial" w:eastAsia="Arial" w:hAnsi="Arial" w:cs="Arial"/>
        </w:rPr>
        <w:t>Upload Proposed Garden Location Photos. Effective photos should be recent, show the broader location, capture water access, and be clearly labelled.</w:t>
      </w:r>
    </w:p>
    <w:p w14:paraId="7403684C" w14:textId="44C59420" w:rsidR="008A250A" w:rsidRDefault="005F532A" w:rsidP="61256A79">
      <w:pPr>
        <w:pStyle w:val="ListBullet"/>
        <w:rPr>
          <w:rFonts w:ascii="Arial" w:eastAsia="Arial" w:hAnsi="Arial" w:cs="Arial"/>
        </w:rPr>
      </w:pPr>
      <w:hyperlink r:id="rId9" w:history="1">
        <w:r w:rsidR="61256A79" w:rsidRPr="00C53559">
          <w:rPr>
            <w:rStyle w:val="Hyperlink"/>
            <w:rFonts w:ascii="Arial" w:eastAsia="Arial" w:hAnsi="Arial" w:cs="Arial"/>
          </w:rPr>
          <w:t>Property Owner</w:t>
        </w:r>
        <w:r w:rsidR="00FE36D1" w:rsidRPr="00C53559">
          <w:rPr>
            <w:rStyle w:val="Hyperlink"/>
            <w:rFonts w:ascii="Arial" w:eastAsia="Arial" w:hAnsi="Arial" w:cs="Arial"/>
          </w:rPr>
          <w:t xml:space="preserve"> Permission</w:t>
        </w:r>
        <w:r w:rsidR="61256A79" w:rsidRPr="00C53559">
          <w:rPr>
            <w:rStyle w:val="Hyperlink"/>
            <w:rFonts w:ascii="Arial" w:eastAsia="Arial" w:hAnsi="Arial" w:cs="Arial"/>
          </w:rPr>
          <w:t xml:space="preserve"> Letter</w:t>
        </w:r>
      </w:hyperlink>
      <w:r w:rsidR="61256A79" w:rsidRPr="00C53559">
        <w:rPr>
          <w:rFonts w:ascii="Arial" w:eastAsia="Arial" w:hAnsi="Arial" w:cs="Arial"/>
        </w:rPr>
        <w:t>(s).</w:t>
      </w:r>
      <w:r w:rsidR="61256A79" w:rsidRPr="61256A79">
        <w:rPr>
          <w:rFonts w:ascii="Arial" w:eastAsia="Arial" w:hAnsi="Arial" w:cs="Arial"/>
        </w:rPr>
        <w:t xml:space="preserve"> Required for each proposed garden location except approved City Parks.</w:t>
      </w:r>
    </w:p>
    <w:p w14:paraId="28F054B4" w14:textId="77777777" w:rsidR="008A250A" w:rsidRDefault="61256A79" w:rsidP="61256A79">
      <w:pPr>
        <w:pStyle w:val="Heading1"/>
        <w:rPr>
          <w:rFonts w:ascii="Arial" w:eastAsia="Arial" w:hAnsi="Arial" w:cs="Arial"/>
          <w:sz w:val="22"/>
          <w:szCs w:val="22"/>
        </w:rPr>
      </w:pPr>
      <w:r w:rsidRPr="61256A79">
        <w:rPr>
          <w:rFonts w:ascii="Arial" w:eastAsia="Arial" w:hAnsi="Arial" w:cs="Arial"/>
          <w:sz w:val="22"/>
          <w:szCs w:val="22"/>
        </w:rPr>
        <w:t>D. Garden Maintenance</w:t>
      </w:r>
    </w:p>
    <w:p w14:paraId="4C1B6B7E" w14:textId="77777777" w:rsidR="008A250A" w:rsidRDefault="61256A79" w:rsidP="61256A79">
      <w:pPr>
        <w:pStyle w:val="ListBullet"/>
        <w:rPr>
          <w:rFonts w:ascii="Arial" w:eastAsia="Arial" w:hAnsi="Arial" w:cs="Arial"/>
        </w:rPr>
      </w:pPr>
      <w:r w:rsidRPr="61256A79">
        <w:rPr>
          <w:rFonts w:ascii="Arial" w:eastAsia="Arial" w:hAnsi="Arial" w:cs="Arial"/>
        </w:rPr>
        <w:t>Who will be responsible for the ongoing maintenance of the garden? If key members leave, can others fill in? (max. 20 words)</w:t>
      </w:r>
    </w:p>
    <w:p w14:paraId="03AAAB2D" w14:textId="77777777" w:rsidR="008A250A" w:rsidRDefault="61256A79" w:rsidP="61256A79">
      <w:pPr>
        <w:pStyle w:val="ListBullet"/>
        <w:rPr>
          <w:rFonts w:ascii="Arial" w:eastAsia="Arial" w:hAnsi="Arial" w:cs="Arial"/>
        </w:rPr>
      </w:pPr>
      <w:r w:rsidRPr="61256A79">
        <w:rPr>
          <w:rFonts w:ascii="Arial" w:eastAsia="Arial" w:hAnsi="Arial" w:cs="Arial"/>
        </w:rPr>
        <w:t>All PollinateTO gardens are required to have a maintenance plan. Explain how you plan to maintain the garden(s) for long-term success (max. 100 words). Include seasonal tasks, pollinator-specific maintenance, and for school gardens, summer maintenance.</w:t>
      </w:r>
    </w:p>
    <w:p w14:paraId="22394907" w14:textId="77777777" w:rsidR="008A250A" w:rsidRDefault="61256A79" w:rsidP="61256A79">
      <w:pPr>
        <w:pStyle w:val="ListBullet"/>
        <w:rPr>
          <w:rFonts w:ascii="Arial" w:eastAsia="Arial" w:hAnsi="Arial" w:cs="Arial"/>
        </w:rPr>
      </w:pPr>
      <w:r w:rsidRPr="61256A79">
        <w:rPr>
          <w:rFonts w:ascii="Arial" w:eastAsia="Arial" w:hAnsi="Arial" w:cs="Arial"/>
        </w:rPr>
        <w:t>Proposed Plant Species (max. 100 words). Describe at least three native plants you will include, including one spring-blooming, one summer-blooming, and one fall-blooming species, and explain why they were selected.</w:t>
      </w:r>
    </w:p>
    <w:p w14:paraId="7EA93F3C" w14:textId="77777777" w:rsidR="008A250A" w:rsidRDefault="61256A79" w:rsidP="61256A79">
      <w:pPr>
        <w:pStyle w:val="Heading1"/>
        <w:rPr>
          <w:rFonts w:ascii="Arial" w:eastAsia="Arial" w:hAnsi="Arial" w:cs="Arial"/>
          <w:sz w:val="22"/>
          <w:szCs w:val="22"/>
        </w:rPr>
      </w:pPr>
      <w:r w:rsidRPr="61256A79">
        <w:rPr>
          <w:rFonts w:ascii="Arial" w:eastAsia="Arial" w:hAnsi="Arial" w:cs="Arial"/>
          <w:sz w:val="22"/>
          <w:szCs w:val="22"/>
        </w:rPr>
        <w:t>E. Funding Request</w:t>
      </w:r>
    </w:p>
    <w:p w14:paraId="05668233" w14:textId="323FD2A4" w:rsidR="008A250A" w:rsidRDefault="61256A79" w:rsidP="61256A79">
      <w:pPr>
        <w:pStyle w:val="ListBullet"/>
        <w:rPr>
          <w:rFonts w:ascii="Arial" w:eastAsia="Arial" w:hAnsi="Arial" w:cs="Arial"/>
        </w:rPr>
      </w:pPr>
      <w:r w:rsidRPr="61256A79">
        <w:rPr>
          <w:rFonts w:ascii="Arial" w:eastAsia="Arial" w:hAnsi="Arial" w:cs="Arial"/>
        </w:rPr>
        <w:t xml:space="preserve">Upload a Proposed Budget using the </w:t>
      </w:r>
      <w:hyperlink r:id="rId10">
        <w:r w:rsidR="0005567E">
          <w:rPr>
            <w:rStyle w:val="Hyperlink"/>
            <w:rFonts w:ascii="Arial" w:eastAsia="Arial" w:hAnsi="Arial" w:cs="Arial"/>
          </w:rPr>
          <w:t>PollinateTO Budget Template (.XLSX)</w:t>
        </w:r>
      </w:hyperlink>
    </w:p>
    <w:p w14:paraId="0C841BD6" w14:textId="77777777" w:rsidR="008A250A" w:rsidRDefault="61256A79" w:rsidP="61256A79">
      <w:pPr>
        <w:pStyle w:val="ListBullet"/>
        <w:rPr>
          <w:rFonts w:ascii="Arial" w:eastAsia="Arial" w:hAnsi="Arial" w:cs="Arial"/>
        </w:rPr>
      </w:pPr>
      <w:r w:rsidRPr="61256A79">
        <w:rPr>
          <w:rFonts w:ascii="Arial" w:eastAsia="Arial" w:hAnsi="Arial" w:cs="Arial"/>
        </w:rPr>
        <w:t>Will you be receiving additional support (in-kind or monetary) from project partners or other funding sources? If yes, describe support type, amount/value, and source.</w:t>
      </w:r>
    </w:p>
    <w:p w14:paraId="495C236B" w14:textId="77777777" w:rsidR="008A250A" w:rsidRDefault="61256A79" w:rsidP="61256A79">
      <w:pPr>
        <w:pStyle w:val="Heading1"/>
        <w:rPr>
          <w:rFonts w:ascii="Arial" w:eastAsia="Arial" w:hAnsi="Arial" w:cs="Arial"/>
          <w:sz w:val="22"/>
          <w:szCs w:val="22"/>
        </w:rPr>
      </w:pPr>
      <w:r w:rsidRPr="61256A79">
        <w:rPr>
          <w:rFonts w:ascii="Arial" w:eastAsia="Arial" w:hAnsi="Arial" w:cs="Arial"/>
          <w:sz w:val="22"/>
          <w:szCs w:val="22"/>
        </w:rPr>
        <w:t>F. Optional Supporting Documents</w:t>
      </w:r>
    </w:p>
    <w:p w14:paraId="19F4E6CC" w14:textId="02FBC91A" w:rsidR="008A250A" w:rsidRDefault="61256A79" w:rsidP="61256A79">
      <w:pPr>
        <w:pStyle w:val="ListBullet"/>
        <w:rPr>
          <w:rFonts w:ascii="Arial" w:eastAsia="Arial" w:hAnsi="Arial" w:cs="Arial"/>
        </w:rPr>
      </w:pPr>
      <w:r w:rsidRPr="61256A79">
        <w:rPr>
          <w:rFonts w:ascii="Arial" w:eastAsia="Arial" w:hAnsi="Arial" w:cs="Arial"/>
        </w:rPr>
        <w:t>Garden Locations List (if project includes 10+ locations)</w:t>
      </w:r>
    </w:p>
    <w:p w14:paraId="53356E78" w14:textId="485E16BD" w:rsidR="008A250A" w:rsidRDefault="61256A79" w:rsidP="61256A79">
      <w:pPr>
        <w:pStyle w:val="ListBullet"/>
        <w:rPr>
          <w:rFonts w:ascii="Arial" w:eastAsia="Arial" w:hAnsi="Arial" w:cs="Arial"/>
        </w:rPr>
      </w:pPr>
      <w:r w:rsidRPr="61256A79">
        <w:rPr>
          <w:rFonts w:ascii="Arial" w:eastAsia="Arial" w:hAnsi="Arial" w:cs="Arial"/>
        </w:rPr>
        <w:t>Map showing proposed garden locations</w:t>
      </w:r>
    </w:p>
    <w:p w14:paraId="64C032CB" w14:textId="749AB0EB" w:rsidR="008A250A" w:rsidRDefault="61256A79" w:rsidP="61256A79">
      <w:pPr>
        <w:pStyle w:val="ListBullet"/>
        <w:rPr>
          <w:rFonts w:ascii="Arial" w:eastAsia="Arial" w:hAnsi="Arial" w:cs="Arial"/>
        </w:rPr>
      </w:pPr>
      <w:r w:rsidRPr="61256A79">
        <w:rPr>
          <w:rFonts w:ascii="Arial" w:eastAsia="Arial" w:hAnsi="Arial" w:cs="Arial"/>
        </w:rPr>
        <w:t>Garden Plan including water source and major landscape features</w:t>
      </w:r>
    </w:p>
    <w:p w14:paraId="2B68BC0A" w14:textId="5F9A02FA" w:rsidR="008A250A" w:rsidRDefault="61256A79" w:rsidP="61256A79">
      <w:pPr>
        <w:pStyle w:val="ListBullet"/>
        <w:rPr>
          <w:rFonts w:ascii="Arial" w:eastAsia="Arial" w:hAnsi="Arial" w:cs="Arial"/>
        </w:rPr>
      </w:pPr>
      <w:r w:rsidRPr="61256A79">
        <w:rPr>
          <w:rFonts w:ascii="Arial" w:eastAsia="Arial" w:hAnsi="Arial" w:cs="Arial"/>
        </w:rPr>
        <w:t>Planting Plan showing species and garden layout</w:t>
      </w:r>
    </w:p>
    <w:p w14:paraId="20DF2B50" w14:textId="149B497C" w:rsidR="008A250A" w:rsidRDefault="61256A79" w:rsidP="61256A79">
      <w:pPr>
        <w:pStyle w:val="ListBullet"/>
        <w:rPr>
          <w:rFonts w:ascii="Arial" w:eastAsia="Arial" w:hAnsi="Arial" w:cs="Arial"/>
        </w:rPr>
      </w:pPr>
      <w:r w:rsidRPr="61256A79">
        <w:rPr>
          <w:rFonts w:ascii="Arial" w:eastAsia="Arial" w:hAnsi="Arial" w:cs="Arial"/>
        </w:rPr>
        <w:t>Any other documents that help the Review Committee understand the project</w:t>
      </w:r>
    </w:p>
    <w:sectPr w:rsidR="008A250A" w:rsidSect="00034616">
      <w:headerReference w:type="default"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079F4" w14:textId="77777777" w:rsidR="00B05512" w:rsidRDefault="00B05512">
      <w:pPr>
        <w:spacing w:after="0" w:line="240" w:lineRule="auto"/>
      </w:pPr>
      <w:r>
        <w:separator/>
      </w:r>
    </w:p>
  </w:endnote>
  <w:endnote w:type="continuationSeparator" w:id="0">
    <w:p w14:paraId="34F8A875" w14:textId="77777777" w:rsidR="00B05512" w:rsidRDefault="00B05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72 Black">
    <w:panose1 w:val="020B0A04030603020204"/>
    <w:charset w:val="00"/>
    <w:family w:val="swiss"/>
    <w:pitch w:val="variable"/>
    <w:sig w:usb0="A00002EF" w:usb1="5000205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61256A79" w14:paraId="268E7618" w14:textId="77777777" w:rsidTr="61256A79">
      <w:trPr>
        <w:trHeight w:val="300"/>
      </w:trPr>
      <w:tc>
        <w:tcPr>
          <w:tcW w:w="2880" w:type="dxa"/>
        </w:tcPr>
        <w:p w14:paraId="03975ACF" w14:textId="69BF9633" w:rsidR="61256A79" w:rsidRDefault="61256A79" w:rsidP="61256A79">
          <w:pPr>
            <w:pStyle w:val="Header"/>
            <w:ind w:left="-115"/>
          </w:pPr>
        </w:p>
      </w:tc>
      <w:tc>
        <w:tcPr>
          <w:tcW w:w="2880" w:type="dxa"/>
        </w:tcPr>
        <w:p w14:paraId="76302614" w14:textId="68E59FE2" w:rsidR="61256A79" w:rsidRDefault="61256A79" w:rsidP="61256A79">
          <w:pPr>
            <w:pStyle w:val="Header"/>
            <w:jc w:val="center"/>
          </w:pPr>
        </w:p>
      </w:tc>
      <w:tc>
        <w:tcPr>
          <w:tcW w:w="2880" w:type="dxa"/>
        </w:tcPr>
        <w:p w14:paraId="6D0201BD" w14:textId="6B19A3BF" w:rsidR="61256A79" w:rsidRDefault="61256A79" w:rsidP="61256A79">
          <w:pPr>
            <w:pStyle w:val="Header"/>
            <w:ind w:right="-115"/>
            <w:jc w:val="right"/>
            <w:rPr>
              <w:rFonts w:ascii="Arial" w:eastAsia="Arial" w:hAnsi="Arial" w:cs="Arial"/>
              <w:sz w:val="18"/>
              <w:szCs w:val="18"/>
            </w:rPr>
          </w:pPr>
          <w:r w:rsidRPr="61256A79">
            <w:rPr>
              <w:rFonts w:ascii="Arial" w:eastAsia="Arial" w:hAnsi="Arial" w:cs="Arial"/>
              <w:sz w:val="18"/>
              <w:szCs w:val="18"/>
            </w:rPr>
            <w:t>September 2026</w:t>
          </w:r>
        </w:p>
      </w:tc>
    </w:tr>
  </w:tbl>
  <w:p w14:paraId="339119A8" w14:textId="01D996CD" w:rsidR="61256A79" w:rsidRDefault="61256A79" w:rsidP="61256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A56CD" w14:textId="77777777" w:rsidR="00B05512" w:rsidRDefault="00B05512">
      <w:pPr>
        <w:spacing w:after="0" w:line="240" w:lineRule="auto"/>
      </w:pPr>
      <w:r>
        <w:separator/>
      </w:r>
    </w:p>
  </w:footnote>
  <w:footnote w:type="continuationSeparator" w:id="0">
    <w:p w14:paraId="08A3151D" w14:textId="77777777" w:rsidR="00B05512" w:rsidRDefault="00B05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5025"/>
      <w:gridCol w:w="735"/>
    </w:tblGrid>
    <w:tr w:rsidR="61256A79" w14:paraId="6D84E82B" w14:textId="77777777" w:rsidTr="00485B9F">
      <w:trPr>
        <w:trHeight w:val="142"/>
      </w:trPr>
      <w:tc>
        <w:tcPr>
          <w:tcW w:w="2880" w:type="dxa"/>
        </w:tcPr>
        <w:p w14:paraId="5ED5C7B5" w14:textId="1710A9EF" w:rsidR="61256A79" w:rsidRDefault="61256A79" w:rsidP="61256A79">
          <w:pPr>
            <w:pStyle w:val="Header"/>
            <w:ind w:left="-115"/>
          </w:pPr>
        </w:p>
      </w:tc>
      <w:tc>
        <w:tcPr>
          <w:tcW w:w="5025" w:type="dxa"/>
        </w:tcPr>
        <w:p w14:paraId="7528EC1F" w14:textId="0149F71F" w:rsidR="61256A79" w:rsidRPr="004031EA" w:rsidRDefault="00485B9F" w:rsidP="00485B9F">
          <w:pPr>
            <w:pStyle w:val="Header"/>
            <w:rPr>
              <w:rFonts w:ascii="72 Black" w:hAnsi="72 Black" w:cs="72 Black"/>
            </w:rPr>
          </w:pPr>
          <w:r w:rsidRPr="004031EA">
            <w:rPr>
              <w:rFonts w:ascii="72 Black" w:hAnsi="72 Black" w:cs="72 Black"/>
              <w:color w:val="A6A6A6" w:themeColor="background1" w:themeShade="A6"/>
            </w:rPr>
            <w:t>THIS IS NOT AN APPLICATION</w:t>
          </w:r>
        </w:p>
      </w:tc>
      <w:tc>
        <w:tcPr>
          <w:tcW w:w="735" w:type="dxa"/>
        </w:tcPr>
        <w:p w14:paraId="5A6973A5" w14:textId="6E688938" w:rsidR="61256A79" w:rsidRDefault="61256A79" w:rsidP="61256A79">
          <w:pPr>
            <w:pStyle w:val="Header"/>
            <w:ind w:right="-115"/>
            <w:jc w:val="right"/>
          </w:pPr>
        </w:p>
      </w:tc>
    </w:tr>
  </w:tbl>
  <w:p w14:paraId="13F671F8" w14:textId="35174A3A" w:rsidR="61256A79" w:rsidRDefault="61256A79" w:rsidP="61256A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03851244">
    <w:abstractNumId w:val="8"/>
  </w:num>
  <w:num w:numId="2" w16cid:durableId="311721376">
    <w:abstractNumId w:val="6"/>
  </w:num>
  <w:num w:numId="3" w16cid:durableId="1397703925">
    <w:abstractNumId w:val="5"/>
  </w:num>
  <w:num w:numId="4" w16cid:durableId="1202743750">
    <w:abstractNumId w:val="4"/>
  </w:num>
  <w:num w:numId="5" w16cid:durableId="1920796679">
    <w:abstractNumId w:val="7"/>
  </w:num>
  <w:num w:numId="6" w16cid:durableId="2142915014">
    <w:abstractNumId w:val="3"/>
  </w:num>
  <w:num w:numId="7" w16cid:durableId="479659684">
    <w:abstractNumId w:val="2"/>
  </w:num>
  <w:num w:numId="8" w16cid:durableId="716046665">
    <w:abstractNumId w:val="1"/>
  </w:num>
  <w:num w:numId="9" w16cid:durableId="27486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567E"/>
    <w:rsid w:val="0006063C"/>
    <w:rsid w:val="000A1398"/>
    <w:rsid w:val="0015074B"/>
    <w:rsid w:val="00242C2C"/>
    <w:rsid w:val="0029639D"/>
    <w:rsid w:val="00326F90"/>
    <w:rsid w:val="004031EA"/>
    <w:rsid w:val="00485B9F"/>
    <w:rsid w:val="005F532A"/>
    <w:rsid w:val="00796076"/>
    <w:rsid w:val="00882D8C"/>
    <w:rsid w:val="008A250A"/>
    <w:rsid w:val="009E302F"/>
    <w:rsid w:val="00AA1D8D"/>
    <w:rsid w:val="00B05512"/>
    <w:rsid w:val="00B47730"/>
    <w:rsid w:val="00BE443D"/>
    <w:rsid w:val="00C53559"/>
    <w:rsid w:val="00C93458"/>
    <w:rsid w:val="00CB0664"/>
    <w:rsid w:val="00FC693F"/>
    <w:rsid w:val="00FE36D1"/>
    <w:rsid w:val="0172EEE9"/>
    <w:rsid w:val="023EC64C"/>
    <w:rsid w:val="0BCCE464"/>
    <w:rsid w:val="118E590D"/>
    <w:rsid w:val="1C5B2E4C"/>
    <w:rsid w:val="261DDF81"/>
    <w:rsid w:val="290E1904"/>
    <w:rsid w:val="2AFAC626"/>
    <w:rsid w:val="2C6181FE"/>
    <w:rsid w:val="32C04304"/>
    <w:rsid w:val="3713F98E"/>
    <w:rsid w:val="3D44ED9A"/>
    <w:rsid w:val="50DAC702"/>
    <w:rsid w:val="5FAB30A9"/>
    <w:rsid w:val="61256A79"/>
    <w:rsid w:val="65B200CC"/>
    <w:rsid w:val="715B21E3"/>
    <w:rsid w:val="77AA239A"/>
    <w:rsid w:val="7C5CC8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61A644BB-8DBE-4223-BBD5-C4335D42E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61256A79"/>
    <w:rPr>
      <w:color w:val="0000FF"/>
      <w:u w:val="single"/>
    </w:rPr>
  </w:style>
  <w:style w:type="character" w:styleId="UnresolvedMention">
    <w:name w:val="Unresolved Mention"/>
    <w:basedOn w:val="DefaultParagraphFont"/>
    <w:uiPriority w:val="99"/>
    <w:semiHidden/>
    <w:unhideWhenUsed/>
    <w:rsid w:val="000A13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ar.medallia.com/?e=90018089&amp;d=l&amp;h=62AEB09CFACB02B&amp;l=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ontrib.wp.intra.prod-toronto.ca/wp-content/uploads/2026/09/9832-PollinateTO-Budget-Template2026-2027.xlsx" TargetMode="External"/><Relationship Id="rId4" Type="http://schemas.openxmlformats.org/officeDocument/2006/relationships/settings" Target="settings.xml"/><Relationship Id="rId9" Type="http://schemas.openxmlformats.org/officeDocument/2006/relationships/hyperlink" Target="https://contrib.wp.intra.prod-toronto.ca/wp-content/uploads/2026/09/9023-Property-Owner-Permission-Letter2026-2027.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681</Words>
  <Characters>3885</Characters>
  <Application>Microsoft Office Word</Application>
  <DocSecurity>0</DocSecurity>
  <Lines>32</Lines>
  <Paragraphs>9</Paragraphs>
  <ScaleCrop>false</ScaleCrop>
  <Manager/>
  <Company/>
  <LinksUpToDate>false</LinksUpToDate>
  <CharactersWithSpaces>4557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Davis</dc:creator>
  <cp:keywords/>
  <dc:description>generated by python-docx</dc:description>
  <cp:lastModifiedBy>Claire Davis</cp:lastModifiedBy>
  <cp:revision>2</cp:revision>
  <cp:lastPrinted>2026-09-09T14:04:00Z</cp:lastPrinted>
  <dcterms:created xsi:type="dcterms:W3CDTF">2026-09-10T14:27:00Z</dcterms:created>
  <dcterms:modified xsi:type="dcterms:W3CDTF">2026-09-10T14:27:00Z</dcterms:modified>
  <cp:category/>
</cp:coreProperties>
</file>